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Бриф на сайт и интернет-магазин</w:t>
      </w:r>
    </w:p>
    <w:p>
      <w:r>
        <w:t>24VISION  |  Сайт или интернет-магазин</w:t>
      </w:r>
    </w:p>
    <w:p>
      <w:r>
        <w:t>Расскажите о проекте и результате, который нужен бизнесу. Заполните известные данные. Вопросы для совместного обсуждения можно оставить пустыми. Ответы помогут определить первый рабочий этап и подготовить предложение.</w:t>
      </w:r>
    </w:p>
    <w:p>
      <w:pPr>
        <w:pStyle w:val="Heading2"/>
        <w:keepNext/>
      </w:pPr>
      <w:r>
        <w:t>01  Название компании или проекта и контакт для связи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02  Какую задачу бизнеса нужно решить и что должно измениться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03  Что продаёте и кому, в каких регионах работаете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04  Нужен лендинг, корпоративный сайт или магазин и какие действия посетителя важны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05  Какие разделы, товары и характеристики нужны на старте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06  Какие тексты, фото, фирменный стиль и данные каталога уже есть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r>
        <w:br w:type="page"/>
      </w:r>
    </w:p>
    <w:p>
      <w:pPr>
        <w:pStyle w:val="Title"/>
      </w:pPr>
      <w:r>
        <w:t>Детали и материалы</w:t>
      </w:r>
    </w:p>
    <w:p>
      <w:r>
        <w:t>Сайт или интернет-магазин  |  Продолжение брифа</w:t>
      </w:r>
    </w:p>
    <w:p>
      <w:r>
        <w:t>Для примеров можно приложить ссылки, таблицы или снимки экрана. Пароли, платёжные данные и секретные ключи в бриф включать не нужно.</w:t>
      </w:r>
    </w:p>
    <w:p>
      <w:pPr>
        <w:pStyle w:val="Heading2"/>
        <w:keepNext/>
      </w:pPr>
      <w:r>
        <w:t>07  Какие сайты нравятся и чем именно: структура, подача, взаимодействия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08  С чем связать сайт: CRM, учёт, оплаты, доставка, аналитика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09  Какие действия хотите выполнять сами и через ИИ: тексты, изображения, товары, цены, отчёты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10  Кто владеет доменом и хостингом и кому передавать код, данные, доступы и инструкции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11  Какие сроки бюджет или другие ограничения важно учесть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12  Какие материалы и примеры готовы и кто согласует результат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r>
        <w:t>Готовый бриф можно отправить в Telegram по номеру +7 993 900-40-40 или на order@holzcom.ru. Скачивание файла само по себе ничего не отправляет.</w:t>
      </w:r>
    </w:p>
    <w:sectPr w:rsidR="00FC693F" w:rsidRPr="0006063C" w:rsidSect="00034616">
      <w:pgSz w:w="12240" w:h="15840"/>
      <w:pgMar w:top="907" w:right="1020" w:bottom="907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59" w:lineRule="auto" w:after="140"/>
    </w:pPr>
    <w:rPr>
      <w:rFonts w:ascii="Arial" w:hAnsi="Arial"/>
      <w:color w:val="21301D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10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 w:val="0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59" w:lineRule="auto" w:after="140"/>
    </w:pPr>
    <w:rPr>
      <w:rFonts w:ascii="Arial" w:hAnsi="Arial"/>
      <w:color w:val="21301D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10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 w:val="0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Бриф на сайт и интернет-магазин</dc:title>
  <dc:subject>Бриф для заполнения перед обсуждением проекта</dc:subject>
  <dc:creator>24VISION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