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Бриф на CRM и обработку обращений</w:t>
      </w:r>
    </w:p>
    <w:p>
      <w:r>
        <w:t>24VISION  |  CRM и обработка заявок</w:t>
      </w:r>
    </w:p>
    <w:p>
      <w:r>
        <w:t>Расскажите о проекте и результате, который нужен бизнесу. Заполните известные данные. Вопросы для совместного обсуждения можно оставить пустыми. Ответы помогут определить первый рабочий этап и подготовить предложение.</w:t>
      </w:r>
    </w:p>
    <w:p>
      <w:pPr>
        <w:pStyle w:val="Heading2"/>
        <w:keepNext/>
      </w:pPr>
      <w:r>
        <w:t>01  Название компании или проекта и контакт для связи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02  Какую задачу бизнеса нужно решить и что должно измениться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03  Откуда сейчас приходят обращения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04  Какая CRM и какие другие инструменты уже используются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05  Какие этапы проходит обращение до результата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06  Кто отвечает за каждый этап и как передаётся задача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br w:type="page"/>
      </w:r>
    </w:p>
    <w:p>
      <w:pPr>
        <w:pStyle w:val="Title"/>
      </w:pPr>
      <w:r>
        <w:t>Детали и материалы</w:t>
      </w:r>
    </w:p>
    <w:p>
      <w:r>
        <w:t>CRM и обработка заявок  |  Продолжение брифа</w:t>
      </w:r>
    </w:p>
    <w:p>
      <w:r>
        <w:t>Для примеров можно приложить ссылки, таблицы или снимки экрана. Пароли, платёжные данные и секретные ключи в бриф включать не нужно.</w:t>
      </w:r>
    </w:p>
    <w:p>
      <w:pPr>
        <w:pStyle w:val="Heading2"/>
        <w:keepNext/>
      </w:pPr>
      <w:r>
        <w:t>07  Какие данные о клиенте и запросе нужно сохранять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08  Какие уведомления и повторяющиеся действия нужны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09  Какие права доступа и ограничения есть у команды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10  Какой реальный сценарий должен пройти проверку после настройки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11  Какие сроки бюджет или другие ограничения важно учесть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pPr>
        <w:pStyle w:val="Heading2"/>
        <w:keepNext/>
      </w:pPr>
      <w:r>
        <w:t>12  Какие материалы и примеры готовы и кто согласует результат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9865"/>
      </w:tblGrid>
      <w:tr>
        <w:trPr>
          <w:trHeight w:val="680"/>
          <w:cantSplit/>
        </w:trPr>
        <w:tc>
          <w:tcPr>
            <w:tcW w:type="dxa" w:w="1020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  <w:insideH w:val="single" w:sz="4" w:color="D9D9D9"/>
              <w:insideV w:val="single" w:sz="4" w:color="D9D9D9"/>
            </w:tcBorders>
            <w:shd w:fill="F1F3ED"/>
          </w:tcPr>
          <w:p>
            <w:pPr>
              <w:spacing w:before="100" w:after="100"/>
            </w:pPr>
            <w:r>
              <w:rPr>
                <w:i/>
                <w:color w:val="64715A"/>
              </w:rPr>
              <w:t>Ваш ответ</w:t>
            </w:r>
          </w:p>
        </w:tc>
      </w:tr>
    </w:tbl>
    <w:p>
      <w:pPr>
        <w:spacing w:after="20" w:before="0" w:line="72" w:lineRule="auto"/>
      </w:pPr>
      <w:r>
        <w:rPr>
          <w:sz w:val="6"/>
        </w:rPr>
      </w:r>
    </w:p>
    <w:p>
      <w:r>
        <w:t>Готовый бриф можно отправить в Telegram по номеру +7 993 900-40-40 или на order@holzcom.ru. Скачивание файла само по себе ничего не отправляет.</w:t>
      </w:r>
    </w:p>
    <w:sectPr w:rsidR="00FC693F" w:rsidRPr="0006063C" w:rsidSect="00034616">
      <w:pgSz w:w="12240" w:h="15840"/>
      <w:pgMar w:top="907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59" w:lineRule="auto" w:after="140"/>
    </w:pPr>
    <w:rPr>
      <w:rFonts w:ascii="Arial" w:hAnsi="Arial"/>
      <w:color w:val="21301D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10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 w:val="0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Бриф на CRM и обработку обращений</dc:title>
  <dc:subject>Бриф для заполнения перед обсуждением проекта</dc:subject>
  <dc:creator>24VISION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