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Бриф на каталог и обновление прайсов</w:t>
      </w:r>
    </w:p>
    <w:p>
      <w:r>
        <w:t>24VISION  |  Каталоги и прайсы</w:t>
      </w:r>
    </w:p>
    <w:p>
      <w:r>
        <w:t>Расскажите о проекте и результате, который нужен бизнесу. Заполните известные данные. Вопросы для совместного обсуждения можно оставить пустыми. Ответы помогут определить первый рабочий этап и подготовить предложение.</w:t>
      </w:r>
    </w:p>
    <w:p>
      <w:pPr>
        <w:pStyle w:val="Heading2"/>
        <w:keepNext/>
      </w:pPr>
      <w:r>
        <w:t>01  Название компании или проекта и контакт для связи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02  Какую задачу бизнеса нужно решить и что должно измениться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03  Какие группы товаров и примерно сколько позиций в работе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04  Из каких файлов и систем приходят данные поставщиков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05  Какие артикулы и признаки позволяют сопоставить товары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06  Какие характеристики и изображения нужны в каталоге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br w:type="page"/>
      </w:r>
    </w:p>
    <w:p>
      <w:pPr>
        <w:pStyle w:val="Title"/>
      </w:pPr>
      <w:r>
        <w:t>Детали и материалы</w:t>
      </w:r>
    </w:p>
    <w:p>
      <w:r>
        <w:t>Каталоги и прайсы  |  Продолжение брифа</w:t>
      </w:r>
    </w:p>
    <w:p>
      <w:r>
        <w:t>Для примеров можно приложить ссылки, таблицы или снимки экрана. Пароли, платёжные данные и секретные ключи в бриф включать не нужно.</w:t>
      </w:r>
    </w:p>
    <w:p>
      <w:pPr>
        <w:pStyle w:val="Heading2"/>
        <w:keepNext/>
      </w:pPr>
      <w:r>
        <w:t>07  По каким правилам рассчитываются цены и наценки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08  Как часто обновляются цены и остатки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09  Куда нужно загружать подготовленные данные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10  Какие спорные позиции должен проверять сотрудник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11  Какие сроки бюджет или другие ограничения важно учесть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12  Какие материалы и примеры готовы и кто согласует результат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t>Готовый бриф можно отправить в Telegram по номеру +7 993 900-40-40 или на order@holzcom.ru. Скачивание файла само по себе ничего не отправляет.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Бриф на каталог и обновление прайсов</dc:title>
  <dc:subject>Бриф для заполнения перед обсуждением проекта</dc:subject>
  <dc:creator>24VISION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